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ЗАЯВЛЕНИЕ НА ВОЗВРАТ ТОВАРА / РЕКЛАМАЦИЮ</w:t>
      </w:r>
    </w:p>
    <w:p>
      <w:r>
        <w:t>Индивидуальному предпринимателю</w:t>
        <w:br/>
        <w:t>Можейко Владимиру Александровичу</w:t>
        <w:br/>
        <w:t>УНП 591160336</w:t>
        <w:br/>
        <w:t>230029, Республика Беларусь, г. Гродно, ул. Гарбарская, 4</w:t>
        <w:br/>
        <w:t>Тел.: +375 (33) 317-12-34</w:t>
        <w:br/>
        <w:t>E-mail: info@prosvp.by</w:t>
      </w:r>
    </w:p>
    <w:p>
      <w:pPr>
        <w:pStyle w:val="Heading2"/>
      </w:pPr>
      <w:r>
        <w:t>Данные покупателя</w:t>
      </w:r>
    </w:p>
    <w:p>
      <w:r>
        <w:rPr>
          <w:b/>
        </w:rPr>
        <w:t>Фамилия, имя, отчество</w:t>
      </w:r>
    </w:p>
    <w:p>
      <w:r>
        <w:t>____________________________________________</w:t>
      </w:r>
    </w:p>
    <w:p>
      <w:r>
        <w:rPr>
          <w:b/>
        </w:rPr>
        <w:t>Телефон</w:t>
      </w:r>
    </w:p>
    <w:p>
      <w:r>
        <w:t>____________________________________________</w:t>
      </w:r>
    </w:p>
    <w:p>
      <w:r>
        <w:rPr>
          <w:b/>
        </w:rPr>
        <w:t>E-mail</w:t>
      </w:r>
    </w:p>
    <w:p>
      <w:r>
        <w:t>____________________________________________</w:t>
      </w:r>
    </w:p>
    <w:p>
      <w:r>
        <w:rPr>
          <w:b/>
        </w:rPr>
        <w:t>Адрес</w:t>
      </w:r>
    </w:p>
    <w:p>
      <w:r>
        <w:t>____________________________________________</w:t>
      </w:r>
    </w:p>
    <w:p>
      <w:pPr>
        <w:pStyle w:val="Heading2"/>
      </w:pPr>
      <w:r>
        <w:t>Сведения о заказе</w:t>
      </w:r>
    </w:p>
    <w:p>
      <w:r>
        <w:rPr>
          <w:b/>
        </w:rPr>
        <w:t>Номер заказа</w:t>
      </w:r>
    </w:p>
    <w:p>
      <w:r>
        <w:t>____________________________________________</w:t>
      </w:r>
    </w:p>
    <w:p>
      <w:r>
        <w:rPr>
          <w:b/>
        </w:rPr>
        <w:t>Дата получения товара</w:t>
      </w:r>
    </w:p>
    <w:p>
      <w:r>
        <w:t>____________________________________________</w:t>
      </w:r>
    </w:p>
    <w:p>
      <w:r>
        <w:rPr>
          <w:b/>
        </w:rPr>
        <w:t>Наименование товара</w:t>
      </w:r>
    </w:p>
    <w:p>
      <w:r>
        <w:t>____________________________________________</w:t>
      </w:r>
    </w:p>
    <w:p>
      <w:r>
        <w:rPr>
          <w:b/>
        </w:rPr>
        <w:t>Количество</w:t>
      </w:r>
    </w:p>
    <w:p>
      <w:r>
        <w:t>____________________________________________</w:t>
      </w:r>
    </w:p>
    <w:p>
      <w:pPr>
        <w:pStyle w:val="Heading2"/>
      </w:pPr>
      <w:r>
        <w:t>Причина обращения</w:t>
      </w:r>
    </w:p>
    <w:p>
      <w:r>
        <w:t>☐ Возврат товара</w:t>
        <w:br/>
        <w:t>☐ Рекламация (товар ненадлежащего качества)</w:t>
      </w:r>
    </w:p>
    <w:p>
      <w:pPr>
        <w:pStyle w:val="Heading2"/>
      </w:pPr>
      <w:r>
        <w:t>Описание причины обращения</w:t>
      </w:r>
    </w:p>
    <w:p>
      <w:r>
        <w:br/>
        <w:t>____________________________________________</w:t>
        <w:br/>
        <w:t>____________________________________________</w:t>
        <w:br/>
        <w:t>____________________________________________</w:t>
      </w:r>
    </w:p>
    <w:p>
      <w:pPr>
        <w:pStyle w:val="Heading2"/>
      </w:pPr>
      <w:r>
        <w:t>Прошу</w:t>
      </w:r>
    </w:p>
    <w:p>
      <w:r>
        <w:t>☐ Заменить товар</w:t>
        <w:br/>
        <w:t>☐ Вернуть денежные средства</w:t>
        <w:br/>
        <w:t>☐ Устранить недостатки товара</w:t>
        <w:br/>
        <w:t>☐ Иное: __________________________</w:t>
      </w:r>
    </w:p>
    <w:p>
      <w:pPr>
        <w:pStyle w:val="Heading2"/>
      </w:pPr>
      <w:r>
        <w:t>Банковские реквизиты (при необходимости)</w:t>
      </w:r>
    </w:p>
    <w:p>
      <w:r>
        <w:rPr>
          <w:b/>
        </w:rPr>
        <w:t>Наименование банка</w:t>
      </w:r>
    </w:p>
    <w:p>
      <w:r>
        <w:t>____________________________________________</w:t>
      </w:r>
    </w:p>
    <w:p>
      <w:r>
        <w:rPr>
          <w:b/>
        </w:rPr>
        <w:t>Номер счета (IBAN)</w:t>
      </w:r>
    </w:p>
    <w:p>
      <w:r>
        <w:t>____________________________________________</w:t>
      </w:r>
    </w:p>
    <w:p>
      <w:r>
        <w:rPr>
          <w:b/>
        </w:rPr>
        <w:t>Получатель</w:t>
      </w:r>
    </w:p>
    <w:p>
      <w:r>
        <w:t>____________________________________________</w:t>
      </w:r>
    </w:p>
    <w:p>
      <w:pPr>
        <w:pStyle w:val="Heading2"/>
      </w:pPr>
      <w:r>
        <w:t>Приложения</w:t>
      </w:r>
    </w:p>
    <w:p>
      <w:r>
        <w:t>☐ Фотографии товара</w:t>
        <w:br/>
        <w:t>☐ Документы, подтверждающие покупку</w:t>
        <w:br/>
        <w:t>☐ Иные документы</w:t>
      </w:r>
    </w:p>
    <w:p>
      <w:r>
        <w:br/>
        <w:t>Дата: «____» ____________ 20___ г.</w:t>
        <w:br/>
        <w:br/>
        <w:t>Подпись: 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